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הלשון של חידות התמונה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להכיר דרכים לבניית מילים בעברית דרך חידות: צירוף, תוספת אותיות, סמיכות, מספרים, זוגי וראשי תיבות.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https://makom-baaretz-chidot.sites.tab.bot/lashon.html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מומלץ לעבור קודם על "8 דרכים לבנות חידה" בעמוד הלשון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בתיכון: לחבר למונחים צורת נסמך, תצורה (בסיס + סופית), הומופון, נוטריקון.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איך בנו את החידה?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צירוף מילים שלמות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עין + גדי ← עין גדי, גן + נר ← גן נר, כפר + סבא ← כפר סבא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+ אותיות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איל + ת ← אילת, קיסר + יה ← קיסריה, צף + ת ← צפת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סמיכות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קריה + אתה ← קריית אתא, רמה + גן ← רמת גן, קריה + ים ← קריית 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במקום מילה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באר + 7 ← באר שבע, תל + 7 ← תל שבע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סמיכות וזוגי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גבעתיים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ראשי תיבות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ש ר ← גשר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ש ר ← נשר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 ר ד ← ערד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 פ ת ← צפת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 ג ל ← מגל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צליל דומה ורב־משמעות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צליל דומה (הומופון)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 שם העמק "החולה" נשמע כמו "חולה" (לא מרגיש טוב)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בחירה, נימוק, דוגמה מהאתר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ראשי תיבות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מילה מתחילה באות הנכונה, לפי הסדר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🔤 הלשון של חידות התמונה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חידת תמונה היא משחק מילים: מפרקים מילה לחלקים, מציירים כל חלק – ומרכיבים מחדש.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איך בנו את החידה?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החידות לפי הדרך שבה נבנו.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באר + 7 ← באר שבע  |  קריה + אתה ← קריית אתא  |  קריה + ים ← קריית ים  |  תל + 7 ← תל שבע  |  רמה + גן ← רמת גן  |  צף + ת ← צפת  |  גן + נר ← גן נר  |  עין + גדי ← עין גדי  |  קיסר + יה ← קיסריה  |  כפר + סבא ← כפר סבא  |  איל + ת ← אילת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צירוף מילים שלמות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 + אותיות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סמיכות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במקום מילה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סמיכות וזוגי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את שם המקום. שימו לב: ־ה בסוף המילה הופכת ל־ת.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רמה + גן = ________ גן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קריה + ים = ________ 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טירה + כרמל = ________ כרמל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קריה + גת = ________ גת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רמה + דוד = ________ דוד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גבעה + גבעה = ________ (צורת זוגי)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ראשי תיבות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הראשונה של כל מילה – ותגלו מקום בארץ.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המילים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האותיות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המקום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 🥕  שמש ☀️  רכבת 🚆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 🕯️  שמש ☀️  רכבת 🚆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🌳  רכבת 🚆  דג 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צב 🐢  פרח 🌸  תפוח 🍎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 💧  גזר 🥕  לימון 🍋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צליל דומה ורב־משמעות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בחידה של קריית אתא מציירים אצבע שמצביעה – "אתה". איזו דרך זו?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צליל דומה (הומופון)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חיסור 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צורת זוגי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ראשי תיבות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בחידה של רהט מורידים אות מהמילה "רהיט". איזו אות?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בחידה של אגמון החולה מציירים מישהו חולה. למה זה מצחיק?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שם העמק "החולה" נשמע כמו "חולה" (לא מרגיש טוב)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יש שם בית חולים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המילה כתובה בראשי תיבות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 זה 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איזו דרך בניית חידה הכי יצירתית בעיניכם? נמקו בעזרת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ראשי תיבות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מקום בארץ ובנו לו חידת ראשי תיבות: מילה עם ציור לכל אות.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אחת לבניית מילה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הלשון של חידות התמונה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