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הלשון של חידות התמונה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להכיר דרכים לבניית מילים בעברית דרך חידות: צירוף, תוספת אותיות, סמיכות, מספרים, זוגי וראשי תיבות.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https://makom-baaretz-chidot.sites.tab.bot/lashon.html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מומלץ לעבור קודם על "8 דרכים לבנות חידה" בעמוד הלשון באתר.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בתיכון: לחבר למונחים צורת נסמך, תצורה (בסיס + סופית), הומופון, נוטריקון.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העובדות על המקומות לקוחות מתוך האתר עצמו (כרטיס "הידעתם?" של כל חידה). כל המקומות בתוך הקו הירוק.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באתר כל עובדות "הידעתם?" מסומנות לבדיקה – כדאי לעבור עליהן לפני השיעור.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איך בנו את החידה?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צירוף מילים שלמות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תל + אביב ← תל אביב, ראש + פינה ← ראש פינה, כפר + יונה ← כפר יונה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מילה + אותיות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ראשון + ל + ציון ← ראשון לציון, כנר + ת ← כנרת, חול + ון ← חולון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סמיכות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קריה + גת ← קריית גת, טירה + כרמל ← טירת כרמל, רמה + גן ← רמת גן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סמיכות וזוגי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רמת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טירת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גבעתיים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ראשי תיבות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ש ר ← גשר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 ש ר ← נשר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 ר ד ← ערד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 פ ת ← צפת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ראשי תיבות משלכם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כל מילה מתחילה באות הנכונה, לפי הסדר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🔤 הלשון של חידות התמונה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מפרקים מילה לחלקים. מציירים כל חלק. מחברים.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חידה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riddle · загадка · እንቆቅልሽ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יישוב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🏘️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settlement, town · населённый пункт · መንደር / ከተማ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עיר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🏙️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city · город · ከተማ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קיבוץ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kibbutz · кибуц · ኪቡትዝ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רמז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hint · подсказка · ፍንጭ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🔤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letter · буква · ፊደል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word · слово · ቃል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✅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answer · ответ · መልስ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צפון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⬆️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north · север · ሰሜን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מרכז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🎯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center · центр · መሃል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דרום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⬇️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south · юг · ደቡብ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מפה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🗺️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map · карта · ካርታ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צירוף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combination (joining words) · сочетание · ጥምረት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🗣️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explanation · объяснение · ማብራሪያ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איך בנו את החידה?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מיינו את החידות לפי הדרך שבה נבנו.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כפר + יונה ← כפר יונה  |  קריה + גת ← קריית גת  |  ראש + פינה ← ראש פינה  |  תל + אביב ← תל אביב  |  רמה + גן ← רמת גן  |  כנר + ת ← כנרת  |  ראשון + ל + ציון ← ראשון לציון  |  טירה + כרמל ← טירת כרמל  |  חול + ון ← חולון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צירוף מילים שלמות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 + אותיות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סמיכות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סמיכות וזוגי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השלימו. ־ה בסוף הופכת ל־ת.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רמה + גן = ________ גן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קריה + ים = ________ 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טירה + כרמל = ________ כרמל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קריה + גת = ________ גת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גבעה + גבעה = ________ (צורת זוגי)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ראשי תיבות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את האות הראשונה של כל מילה – ותגלו מקום בארץ.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המילים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האותיות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המקום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 🥕  שמש ☀️  רכבת 🚆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נר 🕯️  שמש ☀️  רכבת 🚆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עץ 🌳  רכבת 🚆  דג 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צב 🐢  פרח 🌸  תפוח 🍎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ראשי תיבות משלכם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מקום. כתבו מילה לכל אות.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דרך אחת לבניית מילה שלמדתי: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דוגמה משלי: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הלשון של חידות התמונה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