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הלשון של חידות התמונה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להכיר דרכים לבניית מילים בעברית דרך חידות: צירוף, תוספת אותיות, סמיכות, מספרים, זוגי וראשי תיבות.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https://makom-baaretz-chidot.sites.tab.bot/lashon.html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מומלץ לעבור קודם על "8 דרכים לבנות חידה" בעמוד הלשון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בתיכון: לחבר למונחים צורת נסמך, תצורה (בסיס + סופית), הומופון, נוטריקון.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באתר כל עובדות "הידעתם?" מסומנות לבדיקה – כדאי לעבור עליהן לפני השיעור.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איך בנו את החידה?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צירוף מילים שלמות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 + ים ← בת ים, תל + עדשים ← תל עדשים, כפר + יונה ← כפר יונה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מילה + אותיות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כרם + י + אל ← כרמיאל, גן + ה + שלושה ← גן השלושה, ראש + ה + עין ← ראש העין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סמיכות וזוגי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רמת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טירת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ש ר ← 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 ש ר ← נשר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 ר ד ← ערד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ראשי תיבות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כל מילה מתחילה באות הנכונה, לפי הסדר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🔤 הלשון של חידות התמונה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חידת תמונה היא משחק מילים: מפרקים מילה לחלקים, מציירים כל חלק – ומרכיבים מחדש.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ערד  |  קריית  |  גשר  |  נשר  |  טירת  |  רמת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איך בנו את החידה?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את החידות לפי הדרך שבה נבנו.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כפר + יונה ← כפר יונה  |  כרם + י + אל ← כרמיאל  |  גן + ה + שלושה ← גן השלושה  |  בת + ים ← בת ים  |  ראש + ה + עין ← ראש העין  |  תל + עדשים ← תל עדשים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צירוף מילים שלמות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מילה + אותיות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סמיכות וזוגי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 את שם המקום. שימו לב: ־ה בסוף המילה הופכת ל־ת.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רמה + גן = ________ גן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קריה + ים = ________ 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טירה + כרמל = ________ כרמל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ראשי תיבות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את האות הראשונה של כל מילה – ותגלו מקום בארץ.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המילים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האותיות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 🥕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נר 🕯️  שמש ☀️  רכבת 🚆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עץ 🌳  רכבת 🚆  דג 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ראשי תיבות משלכם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מקום בארץ ובנו לו חידת ראשי תיבות: מילה עם ציור לכל אות.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דרך אחת לבניית מילה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הלשון של חידות התמונה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