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משחק קבוצות – דף קבוצה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לפתור חידות בשיתוף פעולה, להסביר משחקי מילים ולנהל ניקוד.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https://makom-baaretz-chidot.sites.tab.bot/kvutzot.html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להקרין את משחק הקבוצות מהאתר ולתת לכל קבוצה את הדף לרישום.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בונוס על הסבר מחזק את ההבנה הלשונית.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באתר כל עובדות "הידעתם?" מסומנות לבדיקה – כדאי לעבור עליהן לפני השיעור.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סבבי חידות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יבנה – יבנה = "ייבנה" – משהו שעוד ייבנה (מנוף ולבנים). פועל בזמן עתיד!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חיפה – חי (בחיים – לב פועם) + פה. שני צלילים שמתחברים למילה אחת.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תל אביב – תל (גבעה עתיקה) + אביב (העונה הפורחת).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שדה בוקר – שדה + בוקר (זריחה). "בוקר" הוא גם מי שרועה בקר.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 הנקרה – ראש + ה + נקר (ציפור שמנקרת בעצים) + ה. "נקרה" היא בעצם מערה או נקיק בסלע.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צפת – צף (מה שלא שוקע, כמו גלגל ים) + 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איך פותרים יחד?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אומרים בקול מה רואים בכל תמונה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את המשבצות – כמה מילים וכמה אותיות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מחברים את החלקים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בודקים: יש יישוב כזה? אם לא – מחפשים מילה אחרת לתמונה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בנה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גבעות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גן + ה + שלושה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באר + 7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בית + אלפא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לוח ניקוד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הניקוד בכיתה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👥 משחק קבוצות – דף קבוצה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אחד לכל קבוצה. עובדים יחד, מקשיבים לכל רעיון.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סבבי חידות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כל קבוצה פותרת יחד. כתבו את התשובה, ואם אתם יכולים – גם את ההסבר (נקודת בונוס).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שם הקבוצה: ____________________   חברי הקבוצה: ______________________________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1.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251345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7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25134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⭐ בונוס – הסבירו את משחק המילים: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2.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8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⭐ בונוס – הסבירו את משחק המילים: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3.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   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⭐ בונוס – הסבירו את משחק המילים: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4.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6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   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⭐ בונוס – הסבירו את משחק המילים: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5.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687273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6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6872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   ▢▢▢▢▢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⭐ בונוס – הסבירו את משחק המילים: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6.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74545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1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74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⭐ בונוס – הסבירו את משחק המילים: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איך פותרים יחד?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השלבים לפי הסדר הנכון (1–4).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מחברים את החלקים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אומרים בקול מה רואים בכל תמונה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בודקים: יש יישוב כזה? אם לא – מחפשים מילה אחרת לתמונה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את המשבצות – כמה מילים וכמה אותיות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בנה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החלקים שמרכיבים את שם המקום.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איך בנויה החידה של "גבעתיים"?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גבעות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נתיב + 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קריה + גת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איך בנויה החידה של "גן השלושה"?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גן + ה + שלושה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רמה + גן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ראש + פינה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איך בנויה החידה של "באר שבע"?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באר + 7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אש + דוד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מצפה + רמון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איך בנויה החידה של "בית אלפא"?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בית + אלפא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ט + בריה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רענן + 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לוח ניקוד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2 נקודות לתשובה נכונה, נקודה לבונוס.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סבב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קבוצה 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קבוצה 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קבוצה 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קבוצה 4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סה״כ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 </w:t>
            </w:r>
          </w:p>
        </w:tc>
      </w:tr>
    </w:tbl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עזר לקבוצה שלנו לפתור?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תפקיד שלקחתי בקבוצה: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קבוצות – דף קבוצה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